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C22" w:rsidRPr="00D8454C" w:rsidRDefault="00D8454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В Министерство сельского хозяйства Республики Абхазии</w:t>
      </w:r>
    </w:p>
    <w:p w:rsidR="00895C22" w:rsidRPr="00D8454C" w:rsidRDefault="00D8454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ЗАЯВКА НА УЧАСТИЕ В ОТКРЫТОМ КОНКУРСЕ</w:t>
      </w: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br/>
        <w:t xml:space="preserve">на поставку мелкого рогатого скота (козы) для развития животноводства в рамках реализации Государственной программы «Развитие сельских территорий на 2026 год», </w:t>
      </w: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утвержденной Указом Президента Республики Абхазия от 14 мая 2026 г. № 137</w:t>
      </w: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Предмет открытого конкурса: право заключения договора на поставку молодняка мелкого рогатого скота (ЛОТ № 8).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Дата заполнения заявки: «___» __________ 2026 г.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1. СВЕДЕНИЯ ОБ УЧАСТНИК</w:t>
      </w: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Е КОНКУРСА: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Полное наименование юридического лица / ФИО индивидуального предпринимателя или физического лица: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Организационно-правовая форма / Документ, удостоверяющий личность (паспортные данные для физ. лиц): _________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ФИО руководителя (для юр. лиц):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ИНН, КПП (для юр. лиц и ИП):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Юридический адрес / Адрес регистрации: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Фактический адрес / Место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нахождение хозяйства (содержания поголовья):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• Контактный телефон и </w:t>
      </w:r>
      <w:r w:rsidRPr="00D8454C">
        <w:rPr>
          <w:rFonts w:ascii="Times New Roman" w:hAnsi="Times New Roman" w:cs="Times New Roman"/>
          <w:sz w:val="28"/>
          <w:szCs w:val="28"/>
        </w:rPr>
        <w:t>E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8454C">
        <w:rPr>
          <w:rFonts w:ascii="Times New Roman" w:hAnsi="Times New Roman" w:cs="Times New Roman"/>
          <w:sz w:val="28"/>
          <w:szCs w:val="28"/>
        </w:rPr>
        <w:t>mail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Банковские реквизиты (расчетный счет / текущий счет физ. лица / счет «До востребования»): ______________________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lastRenderedPageBreak/>
        <w:t>• Участник — резидент Республики Абхазия (Да/Нет — дает преимущество при оценке в 10 баллов): ________________________________</w:t>
      </w:r>
    </w:p>
    <w:p w:rsidR="00D8454C" w:rsidRDefault="00D8454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2. ДЕКЛАРАЦИЯ СООТВЕТСТВИЯ: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Конкурсная документация изучена нами в полном объеме и признана полной и достаточной для п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одготовки настоящей конкурсной заявки. Настоящим подтверждаем соответствие следующим обязательным требованиям:</w:t>
      </w: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Отсутствие задолженности по налогам и иным обязательным платежам перед бюджетной системой Республики Абхазия;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Отсутствие проведения процедуры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ликвидации или банкротства (применимо для юридических лиц и индивидуальных предпринимателей);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Не приостановление деятельности в порядке, предусмотренном действующим законодательством Республики Абхазия (применимо для юридических лиц и ИП);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Наличие отк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рытого банковского счета на территории Республики Абхазия либо письменное обязательство открыть такой счет до момента заключения договора поставки;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Предоставление достоверной информации и полного комплекта документов.</w:t>
      </w:r>
    </w:p>
    <w:p w:rsid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3. ПРЕДЛАГАЕМ СЛЕДУЮЩИЕ УСЛОВИЯ ВЫПО</w:t>
      </w: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ЛНЕНИЯ ДОГОВОРА: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Общая сумма договора: ________________________________________ руб.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Сроки поставки (не более 30 календарных дней): ________________________________________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Условия оплаты (</w:t>
      </w:r>
      <w:r>
        <w:rPr>
          <w:rFonts w:ascii="Times New Roman" w:hAnsi="Times New Roman" w:cs="Times New Roman"/>
          <w:sz w:val="28"/>
          <w:szCs w:val="28"/>
          <w:lang w:val="ru-RU"/>
        </w:rPr>
        <w:t>Полная/Аванс остаток по факту поставки)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: ________________________________________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Место поставки: ск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лад/ферма Покупателя (г. </w:t>
      </w:r>
      <w:proofErr w:type="spellStart"/>
      <w:r w:rsidRPr="00D8454C">
        <w:rPr>
          <w:rFonts w:ascii="Times New Roman" w:hAnsi="Times New Roman" w:cs="Times New Roman"/>
          <w:sz w:val="28"/>
          <w:szCs w:val="28"/>
          <w:lang w:val="ru-RU"/>
        </w:rPr>
        <w:t>Сухум</w:t>
      </w:r>
      <w:proofErr w:type="spellEnd"/>
      <w:r w:rsidRPr="00D8454C">
        <w:rPr>
          <w:rFonts w:ascii="Times New Roman" w:hAnsi="Times New Roman" w:cs="Times New Roman"/>
          <w:sz w:val="28"/>
          <w:szCs w:val="28"/>
          <w:lang w:val="ru-RU"/>
        </w:rPr>
        <w:t>, ул. Лакоба, 21) или иное место, указанное Заказчиком на территории Республики Абхазия.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Страна (место) происхождения (выращив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ания) товара: __________________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4. ОПИСЬ ВХОДЯЩИХ В СОСТАВ ЗАЯВКИ</w:t>
      </w: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ДОКУМЕНТОВ: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Нами представлены в составе Заявки на участие в конкурсе следующие документы:</w:t>
      </w: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Коммерческое предложение.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Копии учредительных документов (для юридических лиц) / свидетельства о регистрации ИП / паспорта гражданина РА (для физических 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лиц).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Копия свидетельства о постановке на налоговый учет (для ЮЛ и ИП).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lastRenderedPageBreak/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Справка об отсутствии задолженности по налогам (в том числе по земельному налогу для физ. лиц).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Ветеринарная справка (свидетельство) о благополучном эпизоотическом состояни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и хозяйства (места содержания животных).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Документ, подтверждающий наличие и количество поголовья мелкого рогатого скота (выписка из </w:t>
      </w:r>
      <w:proofErr w:type="spellStart"/>
      <w:r w:rsidRPr="00D8454C">
        <w:rPr>
          <w:rFonts w:ascii="Times New Roman" w:hAnsi="Times New Roman" w:cs="Times New Roman"/>
          <w:sz w:val="28"/>
          <w:szCs w:val="28"/>
          <w:lang w:val="ru-RU"/>
        </w:rPr>
        <w:t>похозяйственной</w:t>
      </w:r>
      <w:proofErr w:type="spell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книги, акт осмотра и т.д.).</w:t>
      </w:r>
    </w:p>
    <w:p w:rsid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Справка (выписка) из банка с реквизитами счета (либо письменное гарантий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ное обязательство об открытии счета до заключения договора).</w:t>
      </w:r>
    </w:p>
    <w:p w:rsid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br/>
        <w:t>Все листы заявки пронумерованы и подписаны уполномоченным лицом (или лично физическим лицом — заявителем).</w:t>
      </w:r>
    </w:p>
    <w:p w:rsid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br/>
        <w:t>Подпись претендента (уполномоченного лица): _________________ / ______________________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_ /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М.П. (при </w:t>
      </w: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наличии)   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Дата: «____» _______________ 2026 г.</w:t>
      </w:r>
    </w:p>
    <w:sectPr w:rsidR="00895C22" w:rsidRPr="00D845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95C22"/>
    <w:rsid w:val="00AA1D8D"/>
    <w:rsid w:val="00B47730"/>
    <w:rsid w:val="00CB0664"/>
    <w:rsid w:val="00D845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13B2311-2426-4D15-9D76-38319A13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27C3F7-80BC-426A-B137-C0E35ACE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598</Words>
  <Characters>3415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2026-10-19T10:40:00Z</dcterms:created>
  <dcterms:modified xsi:type="dcterms:W3CDTF">2026-10-19T10:40:00Z</dcterms:modified>
  <cp:category/>
</cp:coreProperties>
</file>